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AA8E3" w14:textId="548A32C0" w:rsidR="00830E01" w:rsidRPr="0080364E" w:rsidRDefault="00A25EB4" w:rsidP="0080364E">
      <w:pPr>
        <w:rPr>
          <w:rFonts w:ascii="ＭＳ 明朝" w:eastAsia="ＭＳ 明朝" w:hAnsi="ＭＳ 明朝"/>
          <w:sz w:val="24"/>
        </w:rPr>
      </w:pPr>
      <w:bookmarkStart w:id="0" w:name="_GoBack"/>
      <w:bookmarkEnd w:id="0"/>
      <w:r w:rsidRPr="0080364E">
        <w:rPr>
          <w:rFonts w:ascii="ＭＳ 明朝" w:eastAsia="ＭＳ 明朝" w:hAnsi="ＭＳ 明朝"/>
          <w:sz w:val="24"/>
        </w:rPr>
        <w:t>様式第</w:t>
      </w:r>
      <w:r w:rsidR="00D76C6D" w:rsidRPr="0080364E">
        <w:rPr>
          <w:rFonts w:ascii="ＭＳ 明朝" w:eastAsia="ＭＳ 明朝" w:hAnsi="ＭＳ 明朝"/>
          <w:sz w:val="24"/>
          <w:lang w:eastAsia="ja-JP"/>
        </w:rPr>
        <w:t>3</w:t>
      </w:r>
      <w:r w:rsidRPr="0080364E">
        <w:rPr>
          <w:rFonts w:ascii="ＭＳ 明朝" w:eastAsia="ＭＳ 明朝" w:hAnsi="ＭＳ 明朝"/>
          <w:sz w:val="24"/>
        </w:rPr>
        <w:t>号（第7条関係）</w:t>
      </w:r>
    </w:p>
    <w:p w14:paraId="6CEDE900" w14:textId="54C9C82A" w:rsidR="00830E01" w:rsidRPr="0080364E" w:rsidRDefault="00A25EB4" w:rsidP="0080364E">
      <w:pPr>
        <w:spacing w:after="0"/>
        <w:jc w:val="right"/>
        <w:rPr>
          <w:rFonts w:ascii="ＭＳ 明朝" w:eastAsia="ＭＳ 明朝" w:hAnsi="ＭＳ 明朝"/>
          <w:sz w:val="24"/>
        </w:rPr>
      </w:pPr>
      <w:r w:rsidRPr="0080364E">
        <w:rPr>
          <w:rFonts w:ascii="ＭＳ 明朝" w:eastAsia="ＭＳ 明朝" w:hAnsi="ＭＳ 明朝"/>
          <w:sz w:val="24"/>
        </w:rPr>
        <w:t xml:space="preserve">　　年　　月　　日</w:t>
      </w:r>
    </w:p>
    <w:p w14:paraId="7E108B59" w14:textId="5C10D9FC" w:rsidR="00830E01" w:rsidRPr="0080364E" w:rsidRDefault="00A25EB4" w:rsidP="0080364E">
      <w:pPr>
        <w:spacing w:after="0"/>
        <w:rPr>
          <w:rFonts w:ascii="ＭＳ 明朝" w:eastAsia="ＭＳ 明朝" w:hAnsi="ＭＳ 明朝"/>
          <w:sz w:val="24"/>
          <w:lang w:eastAsia="ja-JP"/>
        </w:rPr>
      </w:pPr>
      <w:r w:rsidRPr="0080364E">
        <w:rPr>
          <w:rFonts w:ascii="ＭＳ 明朝" w:eastAsia="ＭＳ 明朝" w:hAnsi="ＭＳ 明朝"/>
          <w:sz w:val="24"/>
          <w:lang w:eastAsia="ja-JP"/>
        </w:rPr>
        <w:t>大洗町長　宛</w:t>
      </w:r>
    </w:p>
    <w:p w14:paraId="35E919F7" w14:textId="295AE111" w:rsidR="000A6730" w:rsidRPr="0080364E" w:rsidRDefault="000A6730" w:rsidP="000A6730">
      <w:pPr>
        <w:spacing w:afterLines="100" w:after="240"/>
        <w:ind w:leftChars="2000" w:left="4400"/>
        <w:rPr>
          <w:rFonts w:ascii="ＭＳ 明朝" w:eastAsia="ＭＳ 明朝" w:hAnsi="ＭＳ 明朝"/>
          <w:sz w:val="24"/>
          <w:lang w:eastAsia="ja-JP"/>
        </w:rPr>
      </w:pPr>
      <w:r w:rsidRPr="0080364E">
        <w:rPr>
          <w:rFonts w:ascii="ＭＳ 明朝" w:eastAsia="ＭＳ 明朝" w:hAnsi="ＭＳ 明朝" w:hint="eastAsia"/>
          <w:sz w:val="24"/>
          <w:lang w:eastAsia="ja-JP"/>
        </w:rPr>
        <w:t>届出者</w:t>
      </w:r>
    </w:p>
    <w:p w14:paraId="4A95D86B" w14:textId="77777777" w:rsidR="000A6730" w:rsidRPr="0080364E" w:rsidRDefault="000A6730" w:rsidP="000A6730">
      <w:pPr>
        <w:spacing w:afterLines="100" w:after="240"/>
        <w:ind w:leftChars="2000" w:left="4400"/>
        <w:rPr>
          <w:rFonts w:ascii="ＭＳ 明朝" w:eastAsia="ＭＳ 明朝" w:hAnsi="ＭＳ 明朝"/>
          <w:sz w:val="24"/>
          <w:lang w:eastAsia="ja-JP"/>
        </w:rPr>
      </w:pPr>
      <w:r w:rsidRPr="0080364E">
        <w:rPr>
          <w:rFonts w:ascii="ＭＳ 明朝" w:eastAsia="ＭＳ 明朝" w:hAnsi="ＭＳ 明朝"/>
          <w:sz w:val="24"/>
          <w:lang w:eastAsia="ja-JP"/>
        </w:rPr>
        <w:t>住　　所：</w:t>
      </w:r>
    </w:p>
    <w:p w14:paraId="719C69D8" w14:textId="77777777" w:rsidR="000A6730" w:rsidRPr="0080364E" w:rsidRDefault="000A6730" w:rsidP="000A6730">
      <w:pPr>
        <w:spacing w:afterLines="100" w:after="240"/>
        <w:ind w:leftChars="2000" w:left="4400"/>
        <w:rPr>
          <w:rFonts w:ascii="ＭＳ 明朝" w:eastAsia="ＭＳ 明朝" w:hAnsi="ＭＳ 明朝"/>
          <w:sz w:val="24"/>
          <w:lang w:eastAsia="ja-JP"/>
        </w:rPr>
      </w:pPr>
      <w:r w:rsidRPr="0080364E">
        <w:rPr>
          <w:rFonts w:ascii="ＭＳ 明朝" w:eastAsia="ＭＳ 明朝" w:hAnsi="ＭＳ 明朝"/>
          <w:sz w:val="24"/>
          <w:lang w:eastAsia="ja-JP"/>
        </w:rPr>
        <w:t>氏　　名：</w:t>
      </w:r>
    </w:p>
    <w:p w14:paraId="18956FAB" w14:textId="77777777" w:rsidR="000A6730" w:rsidRPr="0080364E" w:rsidRDefault="000A6730" w:rsidP="000A6730">
      <w:pPr>
        <w:spacing w:afterLines="100" w:after="240"/>
        <w:ind w:leftChars="2000" w:left="4400"/>
        <w:rPr>
          <w:rFonts w:ascii="ＭＳ 明朝" w:eastAsia="ＭＳ 明朝" w:hAnsi="ＭＳ 明朝"/>
          <w:sz w:val="24"/>
          <w:lang w:eastAsia="ja-JP"/>
        </w:rPr>
      </w:pPr>
      <w:r w:rsidRPr="0080364E">
        <w:rPr>
          <w:rFonts w:ascii="ＭＳ 明朝" w:eastAsia="ＭＳ 明朝" w:hAnsi="ＭＳ 明朝"/>
          <w:sz w:val="24"/>
          <w:lang w:eastAsia="ja-JP"/>
        </w:rPr>
        <w:t>電話番号：</w:t>
      </w:r>
    </w:p>
    <w:p w14:paraId="543E2CE7" w14:textId="6799B3A7" w:rsidR="00DC01FB" w:rsidRDefault="00DC01FB">
      <w:pPr>
        <w:jc w:val="right"/>
        <w:rPr>
          <w:lang w:eastAsia="ja-JP"/>
        </w:rPr>
      </w:pPr>
    </w:p>
    <w:p w14:paraId="69FF2160" w14:textId="77777777" w:rsidR="00DC01FB" w:rsidRDefault="00DC01FB">
      <w:pPr>
        <w:jc w:val="right"/>
        <w:rPr>
          <w:lang w:eastAsia="ja-JP"/>
        </w:rPr>
      </w:pPr>
    </w:p>
    <w:p w14:paraId="43CAB23D" w14:textId="78096A64" w:rsidR="00830E01" w:rsidRDefault="00A25EB4">
      <w:pPr>
        <w:jc w:val="center"/>
        <w:rPr>
          <w:sz w:val="28"/>
          <w:lang w:eastAsia="ja-JP"/>
        </w:rPr>
      </w:pPr>
      <w:r w:rsidRPr="0080364E">
        <w:rPr>
          <w:sz w:val="28"/>
          <w:lang w:eastAsia="ja-JP"/>
        </w:rPr>
        <w:t>大洗町災害時協力井戸登録（変更・取消）届出書</w:t>
      </w:r>
    </w:p>
    <w:p w14:paraId="1C437FE2" w14:textId="77777777" w:rsidR="00C54466" w:rsidRPr="0080364E" w:rsidRDefault="00C54466">
      <w:pPr>
        <w:jc w:val="center"/>
        <w:rPr>
          <w:sz w:val="21"/>
          <w:lang w:eastAsia="ja-JP"/>
        </w:rPr>
      </w:pPr>
    </w:p>
    <w:p w14:paraId="5224B350" w14:textId="77777777" w:rsidR="00830E01" w:rsidRPr="0080364E" w:rsidRDefault="00A25EB4">
      <w:pPr>
        <w:rPr>
          <w:rFonts w:ascii="ＭＳ 明朝" w:eastAsia="ＭＳ 明朝" w:hAnsi="ＭＳ 明朝"/>
          <w:sz w:val="24"/>
          <w:lang w:eastAsia="ja-JP"/>
        </w:rPr>
      </w:pPr>
      <w:r>
        <w:rPr>
          <w:lang w:eastAsia="ja-JP"/>
        </w:rPr>
        <w:t xml:space="preserve">　</w:t>
      </w:r>
      <w:r w:rsidRPr="0080364E">
        <w:rPr>
          <w:rFonts w:ascii="ＭＳ 明朝" w:eastAsia="ＭＳ 明朝" w:hAnsi="ＭＳ 明朝"/>
          <w:sz w:val="24"/>
          <w:lang w:eastAsia="ja-JP"/>
        </w:rPr>
        <w:t>大洗町災害時協力井戸登録制度実施要綱第7条第1項の規定により、次のとおり（変更・取消）したいので届け出ます。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5386"/>
      </w:tblGrid>
      <w:tr w:rsidR="000A6730" w:rsidRPr="000A6730" w14:paraId="7E27D237" w14:textId="77777777" w:rsidTr="0080364E">
        <w:trPr>
          <w:trHeight w:val="1134"/>
          <w:jc w:val="center"/>
        </w:trPr>
        <w:tc>
          <w:tcPr>
            <w:tcW w:w="3118" w:type="dxa"/>
            <w:vAlign w:val="center"/>
          </w:tcPr>
          <w:p w14:paraId="64FFE624" w14:textId="384ACE02" w:rsidR="00830E01" w:rsidRPr="0080364E" w:rsidRDefault="00A25EB4" w:rsidP="0080364E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t>届出の区分</w:t>
            </w:r>
          </w:p>
        </w:tc>
        <w:tc>
          <w:tcPr>
            <w:tcW w:w="5386" w:type="dxa"/>
            <w:vAlign w:val="center"/>
          </w:tcPr>
          <w:p w14:paraId="482CEA5D" w14:textId="77777777" w:rsidR="00830E01" w:rsidRPr="0080364E" w:rsidRDefault="00A25EB4" w:rsidP="000A6730">
            <w:pPr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t>□ 登録事項の変更</w:t>
            </w: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br/>
              <w:t>□ 登録の取消し</w:t>
            </w:r>
          </w:p>
        </w:tc>
      </w:tr>
      <w:tr w:rsidR="000A6730" w:rsidRPr="000A6730" w14:paraId="5B2A874F" w14:textId="77777777" w:rsidTr="0080364E">
        <w:trPr>
          <w:trHeight w:val="737"/>
          <w:jc w:val="center"/>
        </w:trPr>
        <w:tc>
          <w:tcPr>
            <w:tcW w:w="3118" w:type="dxa"/>
            <w:vAlign w:val="center"/>
          </w:tcPr>
          <w:p w14:paraId="58B87F6A" w14:textId="77777777" w:rsidR="00830E01" w:rsidRPr="0080364E" w:rsidRDefault="00A25EB4" w:rsidP="0080364E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80364E">
              <w:rPr>
                <w:rFonts w:ascii="ＭＳ 明朝" w:eastAsia="ＭＳ 明朝" w:hAnsi="ＭＳ 明朝"/>
                <w:sz w:val="24"/>
              </w:rPr>
              <w:t>登録番号</w:t>
            </w:r>
          </w:p>
        </w:tc>
        <w:tc>
          <w:tcPr>
            <w:tcW w:w="5386" w:type="dxa"/>
            <w:vAlign w:val="center"/>
          </w:tcPr>
          <w:p w14:paraId="38FCF407" w14:textId="77777777" w:rsidR="00830E01" w:rsidRPr="0080364E" w:rsidRDefault="00A25EB4" w:rsidP="0080364E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80364E">
              <w:rPr>
                <w:rFonts w:ascii="ＭＳ 明朝" w:eastAsia="ＭＳ 明朝" w:hAnsi="ＭＳ 明朝"/>
                <w:sz w:val="24"/>
              </w:rPr>
              <w:t>第　　　　　号</w:t>
            </w:r>
          </w:p>
        </w:tc>
      </w:tr>
      <w:tr w:rsidR="000A6730" w:rsidRPr="000A6730" w14:paraId="79ABA733" w14:textId="77777777" w:rsidTr="0080364E">
        <w:trPr>
          <w:trHeight w:val="2551"/>
          <w:jc w:val="center"/>
        </w:trPr>
        <w:tc>
          <w:tcPr>
            <w:tcW w:w="3118" w:type="dxa"/>
            <w:vAlign w:val="center"/>
          </w:tcPr>
          <w:p w14:paraId="0995C894" w14:textId="77777777" w:rsidR="00830E01" w:rsidRPr="0080364E" w:rsidRDefault="00A25EB4" w:rsidP="000A6730">
            <w:pPr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t>変更内容</w:t>
            </w: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br/>
              <w:t>（変更の場合のみ記入）</w:t>
            </w:r>
          </w:p>
        </w:tc>
        <w:tc>
          <w:tcPr>
            <w:tcW w:w="5386" w:type="dxa"/>
            <w:vAlign w:val="center"/>
          </w:tcPr>
          <w:p w14:paraId="754B238F" w14:textId="77777777" w:rsidR="000A6730" w:rsidRPr="0080364E" w:rsidRDefault="00A25EB4" w:rsidP="000A6730">
            <w:pPr>
              <w:rPr>
                <w:rFonts w:ascii="ＭＳ 明朝" w:eastAsia="ＭＳ 明朝" w:hAnsi="ＭＳ 明朝"/>
                <w:sz w:val="24"/>
              </w:rPr>
            </w:pPr>
            <w:r w:rsidRPr="0080364E">
              <w:rPr>
                <w:rFonts w:ascii="ＭＳ 明朝" w:eastAsia="ＭＳ 明朝" w:hAnsi="ＭＳ 明朝"/>
                <w:sz w:val="24"/>
              </w:rPr>
              <w:t>【変更前】</w:t>
            </w:r>
            <w:r w:rsidRPr="0080364E">
              <w:rPr>
                <w:rFonts w:ascii="ＭＳ 明朝" w:eastAsia="ＭＳ 明朝" w:hAnsi="ＭＳ 明朝"/>
                <w:sz w:val="24"/>
              </w:rPr>
              <w:br/>
            </w:r>
          </w:p>
          <w:p w14:paraId="7CBCB323" w14:textId="6E315307" w:rsidR="00830E01" w:rsidRPr="0080364E" w:rsidRDefault="00A25EB4" w:rsidP="000A6730">
            <w:pPr>
              <w:rPr>
                <w:rFonts w:ascii="ＭＳ 明朝" w:eastAsia="ＭＳ 明朝" w:hAnsi="ＭＳ 明朝"/>
                <w:sz w:val="24"/>
              </w:rPr>
            </w:pPr>
            <w:r w:rsidRPr="0080364E">
              <w:rPr>
                <w:rFonts w:ascii="ＭＳ 明朝" w:eastAsia="ＭＳ 明朝" w:hAnsi="ＭＳ 明朝"/>
                <w:sz w:val="24"/>
              </w:rPr>
              <w:br/>
            </w:r>
            <w:r w:rsidRPr="0080364E">
              <w:rPr>
                <w:rFonts w:ascii="ＭＳ 明朝" w:eastAsia="ＭＳ 明朝" w:hAnsi="ＭＳ 明朝"/>
                <w:sz w:val="24"/>
              </w:rPr>
              <w:br/>
              <w:t>【変更後】</w:t>
            </w:r>
            <w:r w:rsidRPr="0080364E">
              <w:rPr>
                <w:rFonts w:ascii="ＭＳ 明朝" w:eastAsia="ＭＳ 明朝" w:hAnsi="ＭＳ 明朝"/>
                <w:sz w:val="24"/>
              </w:rPr>
              <w:br/>
            </w:r>
          </w:p>
          <w:p w14:paraId="523C984D" w14:textId="4216B8CF" w:rsidR="000A6730" w:rsidRPr="0080364E" w:rsidRDefault="000A6730" w:rsidP="000A673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A6730" w:rsidRPr="000A6730" w14:paraId="6A072539" w14:textId="77777777" w:rsidTr="0080364E">
        <w:trPr>
          <w:trHeight w:val="1417"/>
          <w:jc w:val="center"/>
        </w:trPr>
        <w:tc>
          <w:tcPr>
            <w:tcW w:w="3118" w:type="dxa"/>
            <w:vAlign w:val="center"/>
          </w:tcPr>
          <w:p w14:paraId="493A3894" w14:textId="77777777" w:rsidR="00830E01" w:rsidRPr="0080364E" w:rsidRDefault="00A25EB4" w:rsidP="000A6730">
            <w:pPr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t>取消しの理由</w:t>
            </w: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br/>
              <w:t>（取消しの場合のみ記入）</w:t>
            </w:r>
          </w:p>
        </w:tc>
        <w:tc>
          <w:tcPr>
            <w:tcW w:w="5386" w:type="dxa"/>
            <w:vAlign w:val="center"/>
          </w:tcPr>
          <w:p w14:paraId="599952B7" w14:textId="77777777" w:rsidR="00830E01" w:rsidRPr="0080364E" w:rsidRDefault="00A25EB4" w:rsidP="000A6730">
            <w:pPr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t>□ 井戸の枯渇・設備の故障のため</w:t>
            </w: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br/>
              <w:t>□ 転出・土地の売却のため</w:t>
            </w:r>
            <w:r w:rsidRPr="0080364E">
              <w:rPr>
                <w:rFonts w:ascii="ＭＳ 明朝" w:eastAsia="ＭＳ 明朝" w:hAnsi="ＭＳ 明朝"/>
                <w:sz w:val="24"/>
                <w:lang w:eastAsia="ja-JP"/>
              </w:rPr>
              <w:br/>
              <w:t>□ その他（　　　　　　　　　　　　　）</w:t>
            </w:r>
          </w:p>
        </w:tc>
      </w:tr>
    </w:tbl>
    <w:p w14:paraId="2F2BE761" w14:textId="77777777" w:rsidR="00A63167" w:rsidRDefault="00A63167">
      <w:pPr>
        <w:rPr>
          <w:lang w:eastAsia="ja-JP"/>
        </w:rPr>
      </w:pPr>
    </w:p>
    <w:sectPr w:rsidR="00A631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A888C" w14:textId="77777777" w:rsidR="004024B8" w:rsidRDefault="004024B8" w:rsidP="00C54466">
      <w:pPr>
        <w:spacing w:after="0" w:line="240" w:lineRule="auto"/>
      </w:pPr>
      <w:r>
        <w:separator/>
      </w:r>
    </w:p>
  </w:endnote>
  <w:endnote w:type="continuationSeparator" w:id="0">
    <w:p w14:paraId="15F592E7" w14:textId="77777777" w:rsidR="004024B8" w:rsidRDefault="004024B8" w:rsidP="00C54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ED22D" w14:textId="77777777" w:rsidR="004024B8" w:rsidRDefault="004024B8" w:rsidP="00C54466">
      <w:pPr>
        <w:spacing w:after="0" w:line="240" w:lineRule="auto"/>
      </w:pPr>
      <w:r>
        <w:separator/>
      </w:r>
    </w:p>
  </w:footnote>
  <w:footnote w:type="continuationSeparator" w:id="0">
    <w:p w14:paraId="2F38C609" w14:textId="77777777" w:rsidR="004024B8" w:rsidRDefault="004024B8" w:rsidP="00C54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6730"/>
    <w:rsid w:val="000B7C01"/>
    <w:rsid w:val="0015074B"/>
    <w:rsid w:val="0029639D"/>
    <w:rsid w:val="00326F90"/>
    <w:rsid w:val="004024B8"/>
    <w:rsid w:val="00543044"/>
    <w:rsid w:val="006A0124"/>
    <w:rsid w:val="0080364E"/>
    <w:rsid w:val="00830E01"/>
    <w:rsid w:val="008C11DA"/>
    <w:rsid w:val="00945312"/>
    <w:rsid w:val="00957B32"/>
    <w:rsid w:val="00A25EB4"/>
    <w:rsid w:val="00A63167"/>
    <w:rsid w:val="00AA1D8D"/>
    <w:rsid w:val="00B47730"/>
    <w:rsid w:val="00B976B5"/>
    <w:rsid w:val="00BD6AAA"/>
    <w:rsid w:val="00C54466"/>
    <w:rsid w:val="00CB0664"/>
    <w:rsid w:val="00D76C6D"/>
    <w:rsid w:val="00DC01FB"/>
    <w:rsid w:val="00DD1FAC"/>
    <w:rsid w:val="00EF70E5"/>
    <w:rsid w:val="00F24996"/>
    <w:rsid w:val="00F555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71133D2"/>
  <w14:defaultImageDpi w14:val="300"/>
  <w15:docId w15:val="{B2728E81-222F-4D39-8910-59105592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ＭＳ ゴシック" w:eastAsia="ＭＳ ゴシック" w:hAnsi="ＭＳ ゴシック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Balloon Text"/>
    <w:basedOn w:val="a1"/>
    <w:link w:val="aff0"/>
    <w:uiPriority w:val="99"/>
    <w:semiHidden/>
    <w:unhideWhenUsed/>
    <w:rsid w:val="00DC01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2"/>
    <w:link w:val="aff"/>
    <w:uiPriority w:val="99"/>
    <w:semiHidden/>
    <w:rsid w:val="00DC01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705E42-AEFD-4416-B8E3-BF0DCA636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</cp:lastModifiedBy>
  <cp:revision>2</cp:revision>
  <cp:lastPrinted>2026-10-26T03:16:00Z</cp:lastPrinted>
  <dcterms:created xsi:type="dcterms:W3CDTF">2026-10-26T03:20:00Z</dcterms:created>
  <dcterms:modified xsi:type="dcterms:W3CDTF">2026-10-26T03:20:00Z</dcterms:modified>
  <cp:category/>
</cp:coreProperties>
</file>