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422C0C" w14:textId="6C27E01F" w:rsidR="00D76C6D" w:rsidRPr="00722BC5" w:rsidRDefault="00D76C6D" w:rsidP="00303CBE">
      <w:pPr>
        <w:rPr>
          <w:rFonts w:ascii="ＭＳ 明朝" w:eastAsia="ＭＳ 明朝" w:hAnsi="ＭＳ 明朝"/>
          <w:sz w:val="24"/>
        </w:rPr>
      </w:pPr>
      <w:r w:rsidRPr="00722BC5">
        <w:rPr>
          <w:rFonts w:ascii="ＭＳ 明朝" w:eastAsia="ＭＳ 明朝" w:hAnsi="ＭＳ 明朝"/>
          <w:sz w:val="24"/>
        </w:rPr>
        <w:t>様式第</w:t>
      </w:r>
      <w:r>
        <w:rPr>
          <w:rFonts w:ascii="ＭＳ 明朝" w:eastAsia="ＭＳ 明朝" w:hAnsi="ＭＳ 明朝" w:hint="eastAsia"/>
          <w:sz w:val="24"/>
          <w:lang w:eastAsia="ja-JP"/>
        </w:rPr>
        <w:t>2</w:t>
      </w:r>
      <w:r w:rsidRPr="00722BC5">
        <w:rPr>
          <w:rFonts w:ascii="ＭＳ 明朝" w:eastAsia="ＭＳ 明朝" w:hAnsi="ＭＳ 明朝"/>
          <w:sz w:val="24"/>
        </w:rPr>
        <w:t>号（第</w:t>
      </w:r>
      <w:r>
        <w:rPr>
          <w:rFonts w:ascii="ＭＳ 明朝" w:eastAsia="ＭＳ 明朝" w:hAnsi="ＭＳ 明朝" w:hint="eastAsia"/>
          <w:sz w:val="24"/>
          <w:lang w:eastAsia="ja-JP"/>
        </w:rPr>
        <w:t>5</w:t>
      </w:r>
      <w:r w:rsidRPr="00722BC5">
        <w:rPr>
          <w:rFonts w:ascii="ＭＳ 明朝" w:eastAsia="ＭＳ 明朝" w:hAnsi="ＭＳ 明朝"/>
          <w:sz w:val="24"/>
        </w:rPr>
        <w:t>条関係）</w:t>
      </w:r>
    </w:p>
    <w:p w14:paraId="74A0A3FE" w14:textId="77777777" w:rsidR="00D76C6D" w:rsidRPr="00722BC5" w:rsidRDefault="00D76C6D" w:rsidP="00D76C6D">
      <w:pPr>
        <w:spacing w:after="0"/>
        <w:jc w:val="right"/>
        <w:rPr>
          <w:rFonts w:ascii="ＭＳ 明朝" w:eastAsia="ＭＳ 明朝" w:hAnsi="ＭＳ 明朝"/>
        </w:rPr>
      </w:pPr>
    </w:p>
    <w:p w14:paraId="4DA75F0A" w14:textId="22B7CBF1" w:rsidR="00A25EB4" w:rsidRDefault="00A25EB4" w:rsidP="00303CBE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  <w:lang w:eastAsia="ja-JP"/>
        </w:rPr>
        <w:t>第　　　　　号</w:t>
      </w:r>
    </w:p>
    <w:p w14:paraId="5509F19E" w14:textId="1557FF06" w:rsidR="00D76C6D" w:rsidRPr="00303CBE" w:rsidRDefault="00D76C6D" w:rsidP="00303CBE">
      <w:pPr>
        <w:jc w:val="right"/>
        <w:rPr>
          <w:rFonts w:ascii="ＭＳ 明朝" w:eastAsia="ＭＳ 明朝" w:hAnsi="ＭＳ 明朝"/>
          <w:sz w:val="24"/>
          <w:szCs w:val="24"/>
          <w:lang w:eastAsia="ja-JP"/>
        </w:rPr>
      </w:pPr>
      <w:r w:rsidRPr="00C54466">
        <w:rPr>
          <w:rFonts w:ascii="ＭＳ 明朝" w:eastAsia="ＭＳ 明朝" w:hAnsi="ＭＳ 明朝"/>
          <w:sz w:val="24"/>
          <w:szCs w:val="24"/>
        </w:rPr>
        <w:t>年　　月　　日</w:t>
      </w:r>
    </w:p>
    <w:p w14:paraId="509F1DF9" w14:textId="60C30843" w:rsidR="00D76C6D" w:rsidRPr="00303CBE" w:rsidRDefault="00D76C6D" w:rsidP="000A6730">
      <w:pPr>
        <w:rPr>
          <w:rFonts w:ascii="ＭＳ 明朝" w:eastAsia="ＭＳ 明朝" w:hAnsi="ＭＳ 明朝"/>
          <w:sz w:val="24"/>
          <w:szCs w:val="24"/>
          <w:lang w:eastAsia="ja-JP"/>
        </w:rPr>
      </w:pPr>
    </w:p>
    <w:p w14:paraId="3520D998" w14:textId="1624A945" w:rsidR="00D76C6D" w:rsidRPr="00303CBE" w:rsidRDefault="00D76C6D" w:rsidP="000A6730">
      <w:pPr>
        <w:rPr>
          <w:rFonts w:ascii="ＭＳ 明朝" w:eastAsia="ＭＳ 明朝" w:hAnsi="ＭＳ 明朝"/>
          <w:sz w:val="24"/>
          <w:szCs w:val="24"/>
          <w:lang w:eastAsia="ja-JP"/>
        </w:rPr>
      </w:pPr>
      <w:r w:rsidRPr="00303CBE">
        <w:rPr>
          <w:rFonts w:ascii="ＭＳ 明朝" w:eastAsia="ＭＳ 明朝" w:hAnsi="ＭＳ 明朝" w:hint="eastAsia"/>
          <w:sz w:val="24"/>
          <w:szCs w:val="24"/>
          <w:lang w:eastAsia="ja-JP"/>
        </w:rPr>
        <w:t xml:space="preserve">　　　　　　　　様</w:t>
      </w:r>
    </w:p>
    <w:p w14:paraId="177E8A12" w14:textId="3AA77C53" w:rsidR="00D76C6D" w:rsidRDefault="00D76C6D" w:rsidP="00303CBE">
      <w:pPr>
        <w:wordWrap w:val="0"/>
        <w:jc w:val="right"/>
        <w:rPr>
          <w:rFonts w:ascii="ＭＳ 明朝" w:eastAsia="ＭＳ 明朝" w:hAnsi="ＭＳ 明朝"/>
          <w:sz w:val="24"/>
          <w:szCs w:val="24"/>
          <w:lang w:eastAsia="ja-JP"/>
        </w:rPr>
      </w:pPr>
      <w:r w:rsidRPr="00303CBE">
        <w:rPr>
          <w:rFonts w:ascii="ＭＳ 明朝" w:eastAsia="ＭＳ 明朝" w:hAnsi="ＭＳ 明朝" w:hint="eastAsia"/>
          <w:sz w:val="24"/>
          <w:szCs w:val="24"/>
          <w:lang w:eastAsia="ja-JP"/>
        </w:rPr>
        <w:t xml:space="preserve">大洗町長　　　　　　</w:t>
      </w:r>
    </w:p>
    <w:p w14:paraId="46594283" w14:textId="69597B92" w:rsidR="00D76C6D" w:rsidRDefault="00D76C6D" w:rsidP="00303CBE">
      <w:pPr>
        <w:jc w:val="right"/>
        <w:rPr>
          <w:rFonts w:ascii="ＭＳ 明朝" w:eastAsia="ＭＳ 明朝" w:hAnsi="ＭＳ 明朝"/>
          <w:sz w:val="24"/>
          <w:szCs w:val="24"/>
          <w:lang w:eastAsia="ja-JP"/>
        </w:rPr>
      </w:pPr>
    </w:p>
    <w:p w14:paraId="28E68408" w14:textId="59694EE3" w:rsidR="00D76C6D" w:rsidRPr="00303CBE" w:rsidRDefault="00D76C6D" w:rsidP="00303CBE">
      <w:pPr>
        <w:jc w:val="center"/>
        <w:rPr>
          <w:sz w:val="24"/>
          <w:szCs w:val="24"/>
          <w:lang w:eastAsia="ja-JP"/>
        </w:rPr>
      </w:pPr>
      <w:r w:rsidRPr="00303CBE">
        <w:rPr>
          <w:sz w:val="28"/>
          <w:lang w:eastAsia="ja-JP"/>
        </w:rPr>
        <w:t>大洗町災害時協力井戸登録</w:t>
      </w:r>
      <w:r w:rsidR="00F555D2">
        <w:rPr>
          <w:rFonts w:hint="eastAsia"/>
          <w:sz w:val="28"/>
          <w:lang w:eastAsia="ja-JP"/>
        </w:rPr>
        <w:t>決定通知書</w:t>
      </w:r>
    </w:p>
    <w:p w14:paraId="0D872D4F" w14:textId="1E0EF346" w:rsidR="00D76C6D" w:rsidRDefault="00D76C6D" w:rsidP="000A6730">
      <w:pPr>
        <w:rPr>
          <w:rFonts w:ascii="ＭＳ 明朝" w:eastAsia="ＭＳ 明朝" w:hAnsi="ＭＳ 明朝"/>
          <w:sz w:val="24"/>
          <w:szCs w:val="24"/>
          <w:lang w:eastAsia="ja-JP"/>
        </w:rPr>
      </w:pPr>
    </w:p>
    <w:p w14:paraId="3E9787F1" w14:textId="3CBC8802" w:rsidR="00D76C6D" w:rsidRDefault="00D76C6D" w:rsidP="00303CBE">
      <w:pPr>
        <w:ind w:leftChars="100" w:left="220"/>
        <w:rPr>
          <w:rFonts w:ascii="ＭＳ 明朝" w:eastAsia="ＭＳ 明朝" w:hAnsi="ＭＳ 明朝"/>
          <w:sz w:val="24"/>
          <w:szCs w:val="24"/>
          <w:lang w:eastAsia="ja-JP"/>
        </w:rPr>
      </w:pPr>
      <w:r>
        <w:rPr>
          <w:rFonts w:ascii="ＭＳ 明朝" w:eastAsia="ＭＳ 明朝" w:hAnsi="ＭＳ 明朝" w:hint="eastAsia"/>
          <w:sz w:val="24"/>
          <w:szCs w:val="24"/>
          <w:lang w:eastAsia="ja-JP"/>
        </w:rPr>
        <w:t xml:space="preserve">　年　月　日付けで申請のあった</w:t>
      </w:r>
      <w:r w:rsidR="00A25EB4">
        <w:rPr>
          <w:rFonts w:ascii="ＭＳ 明朝" w:eastAsia="ＭＳ 明朝" w:hAnsi="ＭＳ 明朝" w:hint="eastAsia"/>
          <w:sz w:val="24"/>
          <w:szCs w:val="24"/>
          <w:lang w:eastAsia="ja-JP"/>
        </w:rPr>
        <w:t>大洗町災害時協力井戸につきまして、次のとおり登録することに決定しましたので、</w:t>
      </w:r>
      <w:r w:rsidR="00A25EB4" w:rsidRPr="00A25EB4">
        <w:rPr>
          <w:rFonts w:ascii="ＭＳ 明朝" w:eastAsia="ＭＳ 明朝" w:hAnsi="ＭＳ 明朝" w:hint="eastAsia"/>
          <w:sz w:val="24"/>
          <w:szCs w:val="24"/>
          <w:lang w:eastAsia="ja-JP"/>
        </w:rPr>
        <w:t>大洗町災害時協力井戸登録制度実施要綱第</w:t>
      </w:r>
      <w:r w:rsidR="00A25EB4">
        <w:rPr>
          <w:rFonts w:ascii="ＭＳ 明朝" w:eastAsia="ＭＳ 明朝" w:hAnsi="ＭＳ 明朝" w:hint="eastAsia"/>
          <w:sz w:val="24"/>
          <w:szCs w:val="24"/>
          <w:lang w:eastAsia="ja-JP"/>
        </w:rPr>
        <w:t>5</w:t>
      </w:r>
      <w:r w:rsidR="00A25EB4" w:rsidRPr="00A25EB4">
        <w:rPr>
          <w:rFonts w:ascii="ＭＳ 明朝" w:eastAsia="ＭＳ 明朝" w:hAnsi="ＭＳ 明朝"/>
          <w:sz w:val="24"/>
          <w:szCs w:val="24"/>
          <w:lang w:eastAsia="ja-JP"/>
        </w:rPr>
        <w:t>条</w:t>
      </w:r>
      <w:r w:rsidR="00A25EB4">
        <w:rPr>
          <w:rFonts w:ascii="ＭＳ 明朝" w:eastAsia="ＭＳ 明朝" w:hAnsi="ＭＳ 明朝" w:hint="eastAsia"/>
          <w:sz w:val="24"/>
          <w:szCs w:val="24"/>
          <w:lang w:eastAsia="ja-JP"/>
        </w:rPr>
        <w:t>の規定により通知</w:t>
      </w:r>
      <w:r w:rsidR="00F555D2">
        <w:rPr>
          <w:rFonts w:ascii="ＭＳ 明朝" w:eastAsia="ＭＳ 明朝" w:hAnsi="ＭＳ 明朝" w:hint="eastAsia"/>
          <w:sz w:val="24"/>
          <w:szCs w:val="24"/>
          <w:lang w:eastAsia="ja-JP"/>
        </w:rPr>
        <w:t>します</w:t>
      </w:r>
      <w:r w:rsidR="00A25EB4">
        <w:rPr>
          <w:rFonts w:ascii="ＭＳ 明朝" w:eastAsia="ＭＳ 明朝" w:hAnsi="ＭＳ 明朝" w:hint="eastAsia"/>
          <w:sz w:val="24"/>
          <w:szCs w:val="24"/>
          <w:lang w:eastAsia="ja-JP"/>
        </w:rPr>
        <w:t>。</w:t>
      </w:r>
    </w:p>
    <w:p w14:paraId="4A365E72" w14:textId="09C5E2A4" w:rsidR="00D76C6D" w:rsidRDefault="00A25EB4" w:rsidP="00303CBE">
      <w:pPr>
        <w:ind w:leftChars="100" w:left="220"/>
        <w:rPr>
          <w:lang w:eastAsia="ja-JP"/>
        </w:rPr>
      </w:pPr>
      <w:r>
        <w:rPr>
          <w:rFonts w:ascii="ＭＳ 明朝" w:eastAsia="ＭＳ 明朝" w:hAnsi="ＭＳ 明朝" w:hint="eastAsia"/>
          <w:sz w:val="24"/>
          <w:szCs w:val="24"/>
          <w:lang w:eastAsia="ja-JP"/>
        </w:rPr>
        <w:t xml:space="preserve">　</w:t>
      </w:r>
      <w:bookmarkStart w:id="0" w:name="_GoBack"/>
      <w:bookmarkEnd w:id="0"/>
    </w:p>
    <w:sectPr w:rsidR="00D76C6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A888C" w14:textId="77777777" w:rsidR="004024B8" w:rsidRDefault="004024B8" w:rsidP="00C54466">
      <w:pPr>
        <w:spacing w:after="0" w:line="240" w:lineRule="auto"/>
      </w:pPr>
      <w:r>
        <w:separator/>
      </w:r>
    </w:p>
  </w:endnote>
  <w:endnote w:type="continuationSeparator" w:id="0">
    <w:p w14:paraId="15F592E7" w14:textId="77777777" w:rsidR="004024B8" w:rsidRDefault="004024B8" w:rsidP="00C54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ED22D" w14:textId="77777777" w:rsidR="004024B8" w:rsidRDefault="004024B8" w:rsidP="00C54466">
      <w:pPr>
        <w:spacing w:after="0" w:line="240" w:lineRule="auto"/>
      </w:pPr>
      <w:r>
        <w:separator/>
      </w:r>
    </w:p>
  </w:footnote>
  <w:footnote w:type="continuationSeparator" w:id="0">
    <w:p w14:paraId="2F38C609" w14:textId="77777777" w:rsidR="004024B8" w:rsidRDefault="004024B8" w:rsidP="00C544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720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6730"/>
    <w:rsid w:val="000B7C01"/>
    <w:rsid w:val="0015074B"/>
    <w:rsid w:val="0029639D"/>
    <w:rsid w:val="00303CBE"/>
    <w:rsid w:val="00326F90"/>
    <w:rsid w:val="004024B8"/>
    <w:rsid w:val="00543044"/>
    <w:rsid w:val="006A0124"/>
    <w:rsid w:val="00830E01"/>
    <w:rsid w:val="008C11DA"/>
    <w:rsid w:val="00945312"/>
    <w:rsid w:val="00957B32"/>
    <w:rsid w:val="00A25EB4"/>
    <w:rsid w:val="00A63167"/>
    <w:rsid w:val="00AA1D8D"/>
    <w:rsid w:val="00B47730"/>
    <w:rsid w:val="00B976B5"/>
    <w:rsid w:val="00BD6AAA"/>
    <w:rsid w:val="00C54466"/>
    <w:rsid w:val="00CB0664"/>
    <w:rsid w:val="00D76C6D"/>
    <w:rsid w:val="00DC01FB"/>
    <w:rsid w:val="00DD1FAC"/>
    <w:rsid w:val="00EF70E5"/>
    <w:rsid w:val="00F24996"/>
    <w:rsid w:val="00F555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71133D2"/>
  <w14:defaultImageDpi w14:val="300"/>
  <w15:docId w15:val="{B2728E81-222F-4D39-8910-591055927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ＭＳ ゴシック" w:eastAsia="ＭＳ ゴシック" w:hAnsi="ＭＳ ゴシック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Balloon Text"/>
    <w:basedOn w:val="a1"/>
    <w:link w:val="aff0"/>
    <w:uiPriority w:val="99"/>
    <w:semiHidden/>
    <w:unhideWhenUsed/>
    <w:rsid w:val="00DC01F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0">
    <w:name w:val="吹き出し (文字)"/>
    <w:basedOn w:val="a2"/>
    <w:link w:val="aff"/>
    <w:uiPriority w:val="99"/>
    <w:semiHidden/>
    <w:rsid w:val="00DC01F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CF8883-91DC-4E13-B8C7-CDDD7BFFC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</cp:lastModifiedBy>
  <cp:revision>12</cp:revision>
  <cp:lastPrinted>2026-10-26T03:16:00Z</cp:lastPrinted>
  <dcterms:created xsi:type="dcterms:W3CDTF">2026-08-19T04:52:00Z</dcterms:created>
  <dcterms:modified xsi:type="dcterms:W3CDTF">2026-10-26T03:19:00Z</dcterms:modified>
  <cp:category/>
</cp:coreProperties>
</file>