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7AA5FB" w14:textId="5D3D2670" w:rsidR="00830E01" w:rsidRPr="005A0AED" w:rsidRDefault="00A25EB4" w:rsidP="005A0AED">
      <w:pPr>
        <w:spacing w:after="0"/>
        <w:rPr>
          <w:rFonts w:ascii="ＭＳ 明朝" w:eastAsia="ＭＳ 明朝" w:hAnsi="ＭＳ 明朝"/>
          <w:sz w:val="24"/>
        </w:rPr>
      </w:pPr>
      <w:r w:rsidRPr="005A0AED">
        <w:rPr>
          <w:rFonts w:ascii="ＭＳ 明朝" w:eastAsia="ＭＳ 明朝" w:hAnsi="ＭＳ 明朝"/>
          <w:sz w:val="24"/>
        </w:rPr>
        <w:t>様式第1号（第4条関係）</w:t>
      </w:r>
    </w:p>
    <w:p w14:paraId="0DF88C67" w14:textId="77777777" w:rsidR="000A6730" w:rsidRPr="005A0AED" w:rsidRDefault="000A6730" w:rsidP="005A0AED">
      <w:pPr>
        <w:spacing w:after="0"/>
        <w:jc w:val="right"/>
        <w:rPr>
          <w:rFonts w:ascii="ＭＳ 明朝" w:eastAsia="ＭＳ 明朝" w:hAnsi="ＭＳ 明朝"/>
        </w:rPr>
      </w:pPr>
    </w:p>
    <w:p w14:paraId="153E7CB5" w14:textId="5FDEA3EF" w:rsidR="00830E01" w:rsidRPr="005A0AED" w:rsidRDefault="00A25EB4" w:rsidP="005A0AED">
      <w:pPr>
        <w:spacing w:after="0"/>
        <w:jc w:val="right"/>
        <w:rPr>
          <w:rFonts w:ascii="ＭＳ 明朝" w:eastAsia="ＭＳ 明朝" w:hAnsi="ＭＳ 明朝"/>
          <w:sz w:val="24"/>
        </w:rPr>
      </w:pPr>
      <w:r w:rsidRPr="005A0AED">
        <w:rPr>
          <w:rFonts w:ascii="ＭＳ 明朝" w:eastAsia="ＭＳ 明朝" w:hAnsi="ＭＳ 明朝"/>
          <w:sz w:val="24"/>
        </w:rPr>
        <w:t xml:space="preserve">　　年　　月　　日</w:t>
      </w:r>
    </w:p>
    <w:p w14:paraId="1942DC3C" w14:textId="7B43F777" w:rsidR="00830E01" w:rsidRPr="005A0AED" w:rsidRDefault="00A25EB4" w:rsidP="005A0AED">
      <w:pPr>
        <w:spacing w:after="0"/>
        <w:rPr>
          <w:rFonts w:ascii="ＭＳ 明朝" w:eastAsia="ＭＳ 明朝" w:hAnsi="ＭＳ 明朝"/>
          <w:sz w:val="24"/>
          <w:lang w:eastAsia="ja-JP"/>
        </w:rPr>
      </w:pPr>
      <w:r w:rsidRPr="005A0AED">
        <w:rPr>
          <w:rFonts w:ascii="ＭＳ 明朝" w:eastAsia="ＭＳ 明朝" w:hAnsi="ＭＳ 明朝"/>
          <w:sz w:val="24"/>
          <w:lang w:eastAsia="ja-JP"/>
        </w:rPr>
        <w:t>大洗町長　宛</w:t>
      </w:r>
    </w:p>
    <w:p w14:paraId="719BE687" w14:textId="797982CB" w:rsidR="00DC01FB" w:rsidRPr="005A0AED" w:rsidRDefault="00A25EB4" w:rsidP="005A0AED">
      <w:pPr>
        <w:spacing w:afterLines="100" w:after="240"/>
        <w:ind w:leftChars="2000" w:left="4400"/>
        <w:rPr>
          <w:rFonts w:ascii="ＭＳ 明朝" w:eastAsia="ＭＳ 明朝" w:hAnsi="ＭＳ 明朝"/>
          <w:sz w:val="24"/>
          <w:lang w:eastAsia="ja-JP"/>
        </w:rPr>
      </w:pPr>
      <w:r w:rsidRPr="005A0AED">
        <w:rPr>
          <w:rFonts w:ascii="ＭＳ 明朝" w:eastAsia="ＭＳ 明朝" w:hAnsi="ＭＳ 明朝"/>
          <w:sz w:val="24"/>
          <w:lang w:eastAsia="ja-JP"/>
        </w:rPr>
        <w:t>申請者</w:t>
      </w:r>
    </w:p>
    <w:p w14:paraId="523EC307" w14:textId="459B9B9C" w:rsidR="00DC01FB" w:rsidRPr="005A0AED" w:rsidRDefault="00A25EB4" w:rsidP="005A0AED">
      <w:pPr>
        <w:spacing w:afterLines="100" w:after="240"/>
        <w:ind w:leftChars="2000" w:left="4400"/>
        <w:rPr>
          <w:rFonts w:ascii="ＭＳ 明朝" w:eastAsia="ＭＳ 明朝" w:hAnsi="ＭＳ 明朝"/>
          <w:sz w:val="24"/>
          <w:lang w:eastAsia="ja-JP"/>
        </w:rPr>
      </w:pPr>
      <w:r w:rsidRPr="005A0AED">
        <w:rPr>
          <w:rFonts w:ascii="ＭＳ 明朝" w:eastAsia="ＭＳ 明朝" w:hAnsi="ＭＳ 明朝"/>
          <w:sz w:val="24"/>
          <w:lang w:eastAsia="ja-JP"/>
        </w:rPr>
        <w:t>住　　所：</w:t>
      </w:r>
    </w:p>
    <w:p w14:paraId="2EB7CB7C" w14:textId="1E497F42" w:rsidR="00DC01FB" w:rsidRPr="005A0AED" w:rsidRDefault="00A25EB4" w:rsidP="005A0AED">
      <w:pPr>
        <w:spacing w:afterLines="100" w:after="240"/>
        <w:ind w:leftChars="2000" w:left="4400"/>
        <w:rPr>
          <w:rFonts w:ascii="ＭＳ 明朝" w:eastAsia="ＭＳ 明朝" w:hAnsi="ＭＳ 明朝"/>
          <w:sz w:val="24"/>
          <w:lang w:eastAsia="ja-JP"/>
        </w:rPr>
      </w:pPr>
      <w:r w:rsidRPr="005A0AED">
        <w:rPr>
          <w:rFonts w:ascii="ＭＳ 明朝" w:eastAsia="ＭＳ 明朝" w:hAnsi="ＭＳ 明朝"/>
          <w:sz w:val="24"/>
          <w:lang w:eastAsia="ja-JP"/>
        </w:rPr>
        <w:t>氏　　名：</w:t>
      </w:r>
    </w:p>
    <w:p w14:paraId="3507B148" w14:textId="19FDD141" w:rsidR="00830E01" w:rsidRPr="005A0AED" w:rsidRDefault="00A25EB4" w:rsidP="005A0AED">
      <w:pPr>
        <w:spacing w:afterLines="100" w:after="240"/>
        <w:ind w:leftChars="2000" w:left="4400"/>
        <w:rPr>
          <w:rFonts w:ascii="ＭＳ 明朝" w:eastAsia="ＭＳ 明朝" w:hAnsi="ＭＳ 明朝"/>
          <w:sz w:val="24"/>
          <w:lang w:eastAsia="ja-JP"/>
        </w:rPr>
      </w:pPr>
      <w:r w:rsidRPr="005A0AED">
        <w:rPr>
          <w:rFonts w:ascii="ＭＳ 明朝" w:eastAsia="ＭＳ 明朝" w:hAnsi="ＭＳ 明朝"/>
          <w:sz w:val="24"/>
          <w:lang w:eastAsia="ja-JP"/>
        </w:rPr>
        <w:t>電話番号：</w:t>
      </w:r>
    </w:p>
    <w:p w14:paraId="12A926E8" w14:textId="77777777" w:rsidR="00DC01FB" w:rsidRDefault="00DC01FB">
      <w:pPr>
        <w:jc w:val="right"/>
        <w:rPr>
          <w:lang w:eastAsia="ja-JP"/>
        </w:rPr>
      </w:pPr>
    </w:p>
    <w:p w14:paraId="57AFF1FD" w14:textId="77777777" w:rsidR="00DC01FB" w:rsidRDefault="00DC01FB" w:rsidP="005A0AED">
      <w:pPr>
        <w:spacing w:after="0"/>
        <w:jc w:val="right"/>
        <w:rPr>
          <w:lang w:eastAsia="ja-JP"/>
        </w:rPr>
      </w:pPr>
    </w:p>
    <w:p w14:paraId="0328D593" w14:textId="5069F712" w:rsidR="00830E01" w:rsidRPr="00D76C6D" w:rsidRDefault="00D76C6D">
      <w:pPr>
        <w:jc w:val="center"/>
      </w:pPr>
      <w:r w:rsidRPr="005A0AED">
        <w:rPr>
          <w:sz w:val="28"/>
        </w:rPr>
        <w:t>大洗町災害時協力井戸登録申請書</w:t>
      </w:r>
    </w:p>
    <w:p w14:paraId="509627A4" w14:textId="22065D00" w:rsidR="00830E01" w:rsidRPr="005A0AED" w:rsidRDefault="00A25EB4" w:rsidP="006C4AD2">
      <w:pPr>
        <w:spacing w:after="0"/>
        <w:rPr>
          <w:rFonts w:ascii="ＭＳ 明朝" w:eastAsia="ＭＳ 明朝" w:hAnsi="ＭＳ 明朝"/>
          <w:lang w:eastAsia="ja-JP"/>
        </w:rPr>
      </w:pPr>
      <w:r>
        <w:rPr>
          <w:lang w:eastAsia="ja-JP"/>
        </w:rPr>
        <w:t xml:space="preserve">　</w:t>
      </w:r>
      <w:r w:rsidRPr="005A0AED">
        <w:rPr>
          <w:rFonts w:ascii="ＭＳ 明朝" w:eastAsia="ＭＳ 明朝" w:hAnsi="ＭＳ 明朝"/>
          <w:sz w:val="24"/>
          <w:lang w:eastAsia="ja-JP"/>
        </w:rPr>
        <w:t>大洗町災害時協力井戸登録制度実施要綱第4条の規定により、次のとおり協力井戸として登録したいので申請します。</w:t>
      </w:r>
      <w:bookmarkStart w:id="0" w:name="_GoBack"/>
      <w:bookmarkEnd w:id="0"/>
      <w:r w:rsidRPr="005A0AED">
        <w:rPr>
          <w:rFonts w:ascii="ＭＳ 明朝" w:eastAsia="ＭＳ 明朝" w:hAnsi="ＭＳ 明朝"/>
          <w:sz w:val="24"/>
          <w:lang w:eastAsia="ja-JP"/>
        </w:rPr>
        <w:br/>
        <w:t xml:space="preserve">　</w:t>
      </w:r>
    </w:p>
    <w:tbl>
      <w:tblPr>
        <w:tblStyle w:val="afe"/>
        <w:tblW w:w="8504" w:type="dxa"/>
        <w:jc w:val="center"/>
        <w:tblLook w:val="04A0" w:firstRow="1" w:lastRow="0" w:firstColumn="1" w:lastColumn="0" w:noHBand="0" w:noVBand="1"/>
      </w:tblPr>
      <w:tblGrid>
        <w:gridCol w:w="3118"/>
        <w:gridCol w:w="5386"/>
      </w:tblGrid>
      <w:tr w:rsidR="00DC01FB" w:rsidRPr="000A6730" w14:paraId="3E963720" w14:textId="77777777" w:rsidTr="005A0AED">
        <w:trPr>
          <w:trHeight w:val="1304"/>
          <w:jc w:val="center"/>
        </w:trPr>
        <w:tc>
          <w:tcPr>
            <w:tcW w:w="3118" w:type="dxa"/>
            <w:vAlign w:val="center"/>
          </w:tcPr>
          <w:p w14:paraId="2B7BA41C" w14:textId="77777777" w:rsidR="00830E01" w:rsidRPr="005A0AED" w:rsidRDefault="00A25EB4" w:rsidP="005A0AED">
            <w:pPr>
              <w:jc w:val="both"/>
              <w:rPr>
                <w:rFonts w:ascii="ＭＳ 明朝" w:eastAsia="ＭＳ 明朝" w:hAnsi="ＭＳ 明朝"/>
                <w:sz w:val="24"/>
              </w:rPr>
            </w:pPr>
            <w:r w:rsidRPr="005A0AED">
              <w:rPr>
                <w:rFonts w:ascii="ＭＳ 明朝" w:eastAsia="ＭＳ 明朝" w:hAnsi="ＭＳ 明朝"/>
                <w:sz w:val="24"/>
              </w:rPr>
              <w:t>井戸の所在地</w:t>
            </w:r>
          </w:p>
        </w:tc>
        <w:tc>
          <w:tcPr>
            <w:tcW w:w="5386" w:type="dxa"/>
            <w:vAlign w:val="center"/>
          </w:tcPr>
          <w:p w14:paraId="4153955F" w14:textId="77777777" w:rsidR="00830E01" w:rsidRPr="005A0AED" w:rsidRDefault="00A25EB4" w:rsidP="00DC01FB">
            <w:pPr>
              <w:rPr>
                <w:rFonts w:ascii="ＭＳ 明朝" w:eastAsia="ＭＳ 明朝" w:hAnsi="ＭＳ 明朝"/>
                <w:sz w:val="24"/>
                <w:lang w:eastAsia="ja-JP"/>
              </w:rPr>
            </w:pPr>
            <w:r w:rsidRPr="005A0AED">
              <w:rPr>
                <w:rFonts w:ascii="ＭＳ 明朝" w:eastAsia="ＭＳ 明朝" w:hAnsi="ＭＳ 明朝"/>
                <w:sz w:val="24"/>
                <w:lang w:eastAsia="ja-JP"/>
              </w:rPr>
              <w:t>□ 申請者の住所と同じ</w:t>
            </w:r>
            <w:r w:rsidRPr="005A0AED">
              <w:rPr>
                <w:rFonts w:ascii="ＭＳ 明朝" w:eastAsia="ＭＳ 明朝" w:hAnsi="ＭＳ 明朝"/>
                <w:sz w:val="24"/>
                <w:lang w:eastAsia="ja-JP"/>
              </w:rPr>
              <w:br/>
              <w:t>□ その他（　　　　　　　　　　　　　　　　　）</w:t>
            </w:r>
          </w:p>
        </w:tc>
      </w:tr>
      <w:tr w:rsidR="000A6730" w:rsidRPr="000A6730" w14:paraId="37A3AFC0" w14:textId="77777777" w:rsidTr="005A0AED">
        <w:trPr>
          <w:trHeight w:val="1134"/>
          <w:jc w:val="center"/>
        </w:trPr>
        <w:tc>
          <w:tcPr>
            <w:tcW w:w="3118" w:type="dxa"/>
            <w:vAlign w:val="center"/>
          </w:tcPr>
          <w:p w14:paraId="23CDA9C2" w14:textId="632CBA04" w:rsidR="00830E01" w:rsidRPr="005A0AED" w:rsidRDefault="00A25EB4" w:rsidP="005A0AED">
            <w:pPr>
              <w:jc w:val="both"/>
              <w:rPr>
                <w:rFonts w:ascii="ＭＳ 明朝" w:eastAsia="ＭＳ 明朝" w:hAnsi="ＭＳ 明朝"/>
                <w:sz w:val="24"/>
              </w:rPr>
            </w:pPr>
            <w:r w:rsidRPr="005A0AED">
              <w:rPr>
                <w:rFonts w:ascii="ＭＳ 明朝" w:eastAsia="ＭＳ 明朝" w:hAnsi="ＭＳ 明朝"/>
                <w:sz w:val="24"/>
              </w:rPr>
              <w:t>用途</w:t>
            </w:r>
          </w:p>
        </w:tc>
        <w:tc>
          <w:tcPr>
            <w:tcW w:w="5386" w:type="dxa"/>
            <w:vAlign w:val="center"/>
          </w:tcPr>
          <w:p w14:paraId="23F636DE" w14:textId="45E90F1C" w:rsidR="00830E01" w:rsidRPr="005A0AED" w:rsidRDefault="00A25EB4" w:rsidP="00DC01FB">
            <w:pPr>
              <w:rPr>
                <w:rFonts w:ascii="ＭＳ 明朝" w:eastAsia="ＭＳ 明朝" w:hAnsi="ＭＳ 明朝"/>
                <w:sz w:val="24"/>
                <w:lang w:eastAsia="ja-JP"/>
              </w:rPr>
            </w:pPr>
            <w:r w:rsidRPr="005A0AED">
              <w:rPr>
                <w:rFonts w:ascii="ＭＳ 明朝" w:eastAsia="ＭＳ 明朝" w:hAnsi="ＭＳ 明朝"/>
                <w:sz w:val="24"/>
                <w:lang w:eastAsia="ja-JP"/>
              </w:rPr>
              <w:t>□ 家庭用　　□ 事業用　　□ その他（</w:t>
            </w:r>
            <w:r w:rsidR="00DC01FB" w:rsidRPr="005A0AED">
              <w:rPr>
                <w:rFonts w:ascii="ＭＳ 明朝" w:eastAsia="ＭＳ 明朝" w:hAnsi="ＭＳ 明朝"/>
                <w:sz w:val="24"/>
                <w:lang w:eastAsia="ja-JP"/>
              </w:rPr>
              <w:t xml:space="preserve">　　　　　　　　　　　　　　　　　</w:t>
            </w:r>
            <w:r w:rsidRPr="005A0AED">
              <w:rPr>
                <w:rFonts w:ascii="ＭＳ 明朝" w:eastAsia="ＭＳ 明朝" w:hAnsi="ＭＳ 明朝"/>
                <w:sz w:val="24"/>
                <w:lang w:eastAsia="ja-JP"/>
              </w:rPr>
              <w:t>）</w:t>
            </w:r>
          </w:p>
        </w:tc>
      </w:tr>
      <w:tr w:rsidR="000A6730" w:rsidRPr="000A6730" w14:paraId="5DFB4F92" w14:textId="77777777" w:rsidTr="005A0AED">
        <w:trPr>
          <w:trHeight w:val="850"/>
          <w:jc w:val="center"/>
        </w:trPr>
        <w:tc>
          <w:tcPr>
            <w:tcW w:w="3118" w:type="dxa"/>
            <w:vAlign w:val="center"/>
          </w:tcPr>
          <w:p w14:paraId="1D9A2F12" w14:textId="50BAF8A0" w:rsidR="00830E01" w:rsidRPr="005A0AED" w:rsidRDefault="00A25EB4" w:rsidP="005A0AED">
            <w:pPr>
              <w:jc w:val="both"/>
              <w:rPr>
                <w:rFonts w:ascii="ＭＳ 明朝" w:eastAsia="ＭＳ 明朝" w:hAnsi="ＭＳ 明朝"/>
                <w:sz w:val="24"/>
                <w:lang w:eastAsia="ja-JP"/>
              </w:rPr>
            </w:pPr>
            <w:r w:rsidRPr="005A0AED">
              <w:rPr>
                <w:rFonts w:ascii="ＭＳ 明朝" w:eastAsia="ＭＳ 明朝" w:hAnsi="ＭＳ 明朝"/>
                <w:sz w:val="24"/>
                <w:lang w:eastAsia="ja-JP"/>
              </w:rPr>
              <w:t>ポンプの種類</w:t>
            </w:r>
          </w:p>
        </w:tc>
        <w:tc>
          <w:tcPr>
            <w:tcW w:w="5386" w:type="dxa"/>
            <w:vAlign w:val="center"/>
          </w:tcPr>
          <w:p w14:paraId="3F0C829B" w14:textId="77777777" w:rsidR="00830E01" w:rsidRPr="005A0AED" w:rsidRDefault="00A25EB4" w:rsidP="005A0AED">
            <w:pPr>
              <w:jc w:val="both"/>
              <w:rPr>
                <w:rFonts w:ascii="ＭＳ 明朝" w:eastAsia="ＭＳ 明朝" w:hAnsi="ＭＳ 明朝"/>
                <w:sz w:val="24"/>
              </w:rPr>
            </w:pPr>
            <w:r w:rsidRPr="005A0AED">
              <w:rPr>
                <w:rFonts w:ascii="ＭＳ 明朝" w:eastAsia="ＭＳ 明朝" w:hAnsi="ＭＳ 明朝"/>
                <w:sz w:val="24"/>
              </w:rPr>
              <w:t>□ 電動式　　□ 手動式</w:t>
            </w:r>
          </w:p>
        </w:tc>
      </w:tr>
      <w:tr w:rsidR="000A6730" w:rsidRPr="000A6730" w14:paraId="711F6631" w14:textId="77777777" w:rsidTr="005A0AED">
        <w:trPr>
          <w:trHeight w:val="850"/>
          <w:jc w:val="center"/>
        </w:trPr>
        <w:tc>
          <w:tcPr>
            <w:tcW w:w="3118" w:type="dxa"/>
            <w:vAlign w:val="center"/>
          </w:tcPr>
          <w:p w14:paraId="0D287706" w14:textId="77777777" w:rsidR="00830E01" w:rsidRPr="005A0AED" w:rsidRDefault="00A25EB4" w:rsidP="005A0AED">
            <w:pPr>
              <w:jc w:val="both"/>
              <w:rPr>
                <w:rFonts w:ascii="ＭＳ 明朝" w:eastAsia="ＭＳ 明朝" w:hAnsi="ＭＳ 明朝"/>
                <w:sz w:val="24"/>
              </w:rPr>
            </w:pPr>
            <w:r w:rsidRPr="005A0AED">
              <w:rPr>
                <w:rFonts w:ascii="ＭＳ 明朝" w:eastAsia="ＭＳ 明朝" w:hAnsi="ＭＳ 明朝"/>
                <w:sz w:val="24"/>
              </w:rPr>
              <w:t>水質</w:t>
            </w:r>
          </w:p>
        </w:tc>
        <w:tc>
          <w:tcPr>
            <w:tcW w:w="5386" w:type="dxa"/>
            <w:vAlign w:val="center"/>
          </w:tcPr>
          <w:p w14:paraId="646AD2A1" w14:textId="77777777" w:rsidR="00830E01" w:rsidRPr="005A0AED" w:rsidRDefault="00A25EB4" w:rsidP="005A0AED">
            <w:pPr>
              <w:jc w:val="both"/>
              <w:rPr>
                <w:rFonts w:ascii="ＭＳ 明朝" w:eastAsia="ＭＳ 明朝" w:hAnsi="ＭＳ 明朝"/>
                <w:sz w:val="24"/>
                <w:lang w:eastAsia="ja-JP"/>
              </w:rPr>
            </w:pPr>
            <w:r w:rsidRPr="005A0AED">
              <w:rPr>
                <w:rFonts w:ascii="ＭＳ 明朝" w:eastAsia="ＭＳ 明朝" w:hAnsi="ＭＳ 明朝"/>
                <w:sz w:val="24"/>
                <w:lang w:eastAsia="ja-JP"/>
              </w:rPr>
              <w:t>生活用水（トイレの洗浄、洗濯等）として使用可能な水質である。</w:t>
            </w:r>
          </w:p>
        </w:tc>
      </w:tr>
      <w:tr w:rsidR="00DC01FB" w:rsidRPr="000A6730" w14:paraId="0D2A8CA3" w14:textId="77777777" w:rsidTr="005A0AED">
        <w:trPr>
          <w:trHeight w:val="850"/>
          <w:jc w:val="center"/>
        </w:trPr>
        <w:tc>
          <w:tcPr>
            <w:tcW w:w="3118" w:type="dxa"/>
            <w:vAlign w:val="center"/>
          </w:tcPr>
          <w:p w14:paraId="5CA061BB" w14:textId="77777777" w:rsidR="00830E01" w:rsidRPr="005A0AED" w:rsidRDefault="00A25EB4" w:rsidP="005A0AED">
            <w:pPr>
              <w:jc w:val="both"/>
              <w:rPr>
                <w:rFonts w:ascii="ＭＳ 明朝" w:eastAsia="ＭＳ 明朝" w:hAnsi="ＭＳ 明朝"/>
                <w:sz w:val="24"/>
                <w:lang w:eastAsia="ja-JP"/>
              </w:rPr>
            </w:pPr>
            <w:r w:rsidRPr="005A0AED">
              <w:rPr>
                <w:rFonts w:ascii="ＭＳ 明朝" w:eastAsia="ＭＳ 明朝" w:hAnsi="ＭＳ 明朝"/>
                <w:sz w:val="24"/>
                <w:fitText w:val="960" w:id="-355267328"/>
                <w:lang w:eastAsia="ja-JP"/>
              </w:rPr>
              <w:t>特記事項</w:t>
            </w:r>
            <w:r w:rsidRPr="005A0AED">
              <w:rPr>
                <w:rFonts w:ascii="ＭＳ 明朝" w:eastAsia="ＭＳ 明朝" w:hAnsi="ＭＳ 明朝"/>
                <w:sz w:val="24"/>
                <w:lang w:eastAsia="ja-JP"/>
              </w:rPr>
              <w:br/>
              <w:t>(ポンプの場所など)</w:t>
            </w:r>
          </w:p>
        </w:tc>
        <w:tc>
          <w:tcPr>
            <w:tcW w:w="5386" w:type="dxa"/>
          </w:tcPr>
          <w:p w14:paraId="0FD22D8F" w14:textId="2FE10345" w:rsidR="00830E01" w:rsidRPr="005A0AED" w:rsidRDefault="00830E01">
            <w:pPr>
              <w:rPr>
                <w:rFonts w:ascii="ＭＳ 明朝" w:eastAsia="ＭＳ 明朝" w:hAnsi="ＭＳ 明朝"/>
                <w:sz w:val="24"/>
                <w:lang w:eastAsia="ja-JP"/>
              </w:rPr>
            </w:pPr>
          </w:p>
        </w:tc>
      </w:tr>
      <w:tr w:rsidR="00DD1FAC" w:rsidRPr="000A6730" w14:paraId="367AC56D" w14:textId="77777777" w:rsidTr="005A0AED">
        <w:trPr>
          <w:trHeight w:val="1304"/>
          <w:jc w:val="center"/>
        </w:trPr>
        <w:tc>
          <w:tcPr>
            <w:tcW w:w="3118" w:type="dxa"/>
            <w:vAlign w:val="center"/>
          </w:tcPr>
          <w:p w14:paraId="79CC732C" w14:textId="0B61640F" w:rsidR="00DD1FAC" w:rsidRPr="00DD1FAC" w:rsidRDefault="00DD1FAC">
            <w:pPr>
              <w:jc w:val="both"/>
              <w:rPr>
                <w:rFonts w:ascii="ＭＳ 明朝" w:eastAsia="ＭＳ 明朝" w:hAnsi="ＭＳ 明朝"/>
                <w:sz w:val="24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4"/>
                <w:lang w:eastAsia="ja-JP"/>
              </w:rPr>
              <w:t>公表範囲</w:t>
            </w:r>
          </w:p>
        </w:tc>
        <w:tc>
          <w:tcPr>
            <w:tcW w:w="5386" w:type="dxa"/>
            <w:vAlign w:val="center"/>
          </w:tcPr>
          <w:p w14:paraId="71243E0E" w14:textId="261DEF0B" w:rsidR="008C11DA" w:rsidRDefault="00DD1FAC" w:rsidP="005A0AED">
            <w:pPr>
              <w:jc w:val="both"/>
              <w:rPr>
                <w:rFonts w:ascii="ＭＳ 明朝" w:eastAsia="ＭＳ 明朝" w:hAnsi="ＭＳ 明朝"/>
                <w:sz w:val="24"/>
                <w:lang w:eastAsia="ja-JP"/>
              </w:rPr>
            </w:pPr>
            <w:r w:rsidRPr="00471D33">
              <w:rPr>
                <w:rFonts w:ascii="ＭＳ 明朝" w:eastAsia="ＭＳ 明朝" w:hAnsi="ＭＳ 明朝"/>
                <w:sz w:val="24"/>
                <w:lang w:eastAsia="ja-JP"/>
              </w:rPr>
              <w:t xml:space="preserve">□ </w:t>
            </w:r>
            <w:r w:rsidR="008C11DA">
              <w:rPr>
                <w:rFonts w:ascii="ＭＳ 明朝" w:eastAsia="ＭＳ 明朝" w:hAnsi="ＭＳ 明朝" w:hint="eastAsia"/>
                <w:sz w:val="24"/>
                <w:lang w:eastAsia="ja-JP"/>
              </w:rPr>
              <w:t>ホームページ等</w:t>
            </w:r>
            <w:r>
              <w:rPr>
                <w:rFonts w:ascii="ＭＳ 明朝" w:eastAsia="ＭＳ 明朝" w:hAnsi="ＭＳ 明朝" w:hint="eastAsia"/>
                <w:sz w:val="24"/>
                <w:lang w:eastAsia="ja-JP"/>
              </w:rPr>
              <w:t>で</w:t>
            </w:r>
            <w:r w:rsidR="008C11DA">
              <w:rPr>
                <w:rFonts w:ascii="ＭＳ 明朝" w:eastAsia="ＭＳ 明朝" w:hAnsi="ＭＳ 明朝" w:hint="eastAsia"/>
                <w:sz w:val="24"/>
                <w:lang w:eastAsia="ja-JP"/>
              </w:rPr>
              <w:t>広く</w:t>
            </w:r>
            <w:r>
              <w:rPr>
                <w:rFonts w:ascii="ＭＳ 明朝" w:eastAsia="ＭＳ 明朝" w:hAnsi="ＭＳ 明朝" w:hint="eastAsia"/>
                <w:sz w:val="24"/>
                <w:lang w:eastAsia="ja-JP"/>
              </w:rPr>
              <w:t>公表可能</w:t>
            </w:r>
          </w:p>
          <w:p w14:paraId="6CDAA7CE" w14:textId="77777777" w:rsidR="00DD1FAC" w:rsidRDefault="00DD1FAC" w:rsidP="005A0AED">
            <w:pPr>
              <w:jc w:val="both"/>
              <w:rPr>
                <w:rFonts w:ascii="ＭＳ 明朝" w:eastAsia="ＭＳ 明朝" w:hAnsi="ＭＳ 明朝"/>
                <w:sz w:val="24"/>
                <w:lang w:eastAsia="ja-JP"/>
              </w:rPr>
            </w:pPr>
            <w:r w:rsidRPr="00471D33">
              <w:rPr>
                <w:rFonts w:ascii="ＭＳ 明朝" w:eastAsia="ＭＳ 明朝" w:hAnsi="ＭＳ 明朝"/>
                <w:sz w:val="24"/>
                <w:lang w:eastAsia="ja-JP"/>
              </w:rPr>
              <w:t>□</w:t>
            </w:r>
            <w:r>
              <w:rPr>
                <w:rFonts w:ascii="ＭＳ 明朝" w:eastAsia="ＭＳ 明朝" w:hAnsi="ＭＳ 明朝" w:hint="eastAsia"/>
                <w:sz w:val="24"/>
                <w:lang w:eastAsia="ja-JP"/>
              </w:rPr>
              <w:t xml:space="preserve"> 町内会や近隣のみ</w:t>
            </w:r>
          </w:p>
          <w:p w14:paraId="7BBADB94" w14:textId="77777777" w:rsidR="006A0124" w:rsidRDefault="006A0124" w:rsidP="005A0AED">
            <w:pPr>
              <w:jc w:val="both"/>
              <w:rPr>
                <w:rFonts w:ascii="ＭＳ 明朝" w:eastAsia="ＭＳ 明朝" w:hAnsi="ＭＳ 明朝"/>
                <w:sz w:val="24"/>
                <w:lang w:eastAsia="ja-JP"/>
              </w:rPr>
            </w:pPr>
            <w:r w:rsidRPr="00471D33">
              <w:rPr>
                <w:rFonts w:ascii="ＭＳ 明朝" w:eastAsia="ＭＳ 明朝" w:hAnsi="ＭＳ 明朝"/>
                <w:sz w:val="24"/>
                <w:lang w:eastAsia="ja-JP"/>
              </w:rPr>
              <w:t>□</w:t>
            </w:r>
            <w:r>
              <w:rPr>
                <w:rFonts w:ascii="ＭＳ 明朝" w:eastAsia="ＭＳ 明朝" w:hAnsi="ＭＳ 明朝" w:hint="eastAsia"/>
                <w:sz w:val="24"/>
                <w:lang w:eastAsia="ja-JP"/>
              </w:rPr>
              <w:t xml:space="preserve"> その他</w:t>
            </w:r>
          </w:p>
          <w:p w14:paraId="336B4D21" w14:textId="591F106A" w:rsidR="006A0124" w:rsidRPr="00DD1FAC" w:rsidDel="00DC01FB" w:rsidRDefault="006A0124" w:rsidP="005A0AED">
            <w:pPr>
              <w:jc w:val="both"/>
              <w:rPr>
                <w:rFonts w:ascii="ＭＳ 明朝" w:eastAsia="ＭＳ 明朝" w:hAnsi="ＭＳ 明朝"/>
                <w:sz w:val="24"/>
                <w:lang w:eastAsia="ja-JP"/>
              </w:rPr>
            </w:pPr>
            <w:r w:rsidRPr="00892E76">
              <w:rPr>
                <w:rFonts w:ascii="ＭＳ 明朝" w:eastAsia="ＭＳ 明朝" w:hAnsi="ＭＳ 明朝"/>
                <w:sz w:val="24"/>
                <w:lang w:eastAsia="ja-JP"/>
              </w:rPr>
              <w:t>（　　　　　　　　　　　　　　　　　）</w:t>
            </w:r>
          </w:p>
        </w:tc>
      </w:tr>
    </w:tbl>
    <w:p w14:paraId="2F2BE761" w14:textId="0B4E6A51" w:rsidR="00A63167" w:rsidRDefault="00A63167" w:rsidP="006C4AD2">
      <w:pPr>
        <w:rPr>
          <w:lang w:eastAsia="ja-JP"/>
        </w:rPr>
      </w:pPr>
    </w:p>
    <w:sectPr w:rsidR="00A6316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1A888C" w14:textId="77777777" w:rsidR="004024B8" w:rsidRDefault="004024B8" w:rsidP="00C54466">
      <w:pPr>
        <w:spacing w:after="0" w:line="240" w:lineRule="auto"/>
      </w:pPr>
      <w:r>
        <w:separator/>
      </w:r>
    </w:p>
  </w:endnote>
  <w:endnote w:type="continuationSeparator" w:id="0">
    <w:p w14:paraId="15F592E7" w14:textId="77777777" w:rsidR="004024B8" w:rsidRDefault="004024B8" w:rsidP="00C54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1ED22D" w14:textId="77777777" w:rsidR="004024B8" w:rsidRDefault="004024B8" w:rsidP="00C54466">
      <w:pPr>
        <w:spacing w:after="0" w:line="240" w:lineRule="auto"/>
      </w:pPr>
      <w:r>
        <w:separator/>
      </w:r>
    </w:p>
  </w:footnote>
  <w:footnote w:type="continuationSeparator" w:id="0">
    <w:p w14:paraId="2F38C609" w14:textId="77777777" w:rsidR="004024B8" w:rsidRDefault="004024B8" w:rsidP="00C544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720"/>
  <w:characterSpacingControl w:val="doNotCompress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A6730"/>
    <w:rsid w:val="000B7C01"/>
    <w:rsid w:val="0015074B"/>
    <w:rsid w:val="0029639D"/>
    <w:rsid w:val="00326F90"/>
    <w:rsid w:val="004024B8"/>
    <w:rsid w:val="00543044"/>
    <w:rsid w:val="005A0AED"/>
    <w:rsid w:val="006A0124"/>
    <w:rsid w:val="006C4AD2"/>
    <w:rsid w:val="00830E01"/>
    <w:rsid w:val="008C11DA"/>
    <w:rsid w:val="00945312"/>
    <w:rsid w:val="00957B32"/>
    <w:rsid w:val="00A25EB4"/>
    <w:rsid w:val="00A63167"/>
    <w:rsid w:val="00AA1D8D"/>
    <w:rsid w:val="00B47730"/>
    <w:rsid w:val="00B976B5"/>
    <w:rsid w:val="00BD6AAA"/>
    <w:rsid w:val="00C54466"/>
    <w:rsid w:val="00CB0664"/>
    <w:rsid w:val="00D76C6D"/>
    <w:rsid w:val="00DC01FB"/>
    <w:rsid w:val="00DD1FAC"/>
    <w:rsid w:val="00EF70E5"/>
    <w:rsid w:val="00F24996"/>
    <w:rsid w:val="00F555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71133D2"/>
  <w14:defaultImageDpi w14:val="300"/>
  <w15:docId w15:val="{B2728E81-222F-4D39-8910-591055927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ＭＳ ゴシック" w:eastAsia="ＭＳ ゴシック" w:hAnsi="ＭＳ ゴシック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">
    <w:name w:val="Balloon Text"/>
    <w:basedOn w:val="a1"/>
    <w:link w:val="aff0"/>
    <w:uiPriority w:val="99"/>
    <w:semiHidden/>
    <w:unhideWhenUsed/>
    <w:rsid w:val="00DC01F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0">
    <w:name w:val="吹き出し (文字)"/>
    <w:basedOn w:val="a2"/>
    <w:link w:val="aff"/>
    <w:uiPriority w:val="99"/>
    <w:semiHidden/>
    <w:rsid w:val="00DC01F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B481209-94E7-4A0B-8048-961353CCF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</cp:lastModifiedBy>
  <cp:revision>13</cp:revision>
  <cp:lastPrinted>2026-10-26T03:16:00Z</cp:lastPrinted>
  <dcterms:created xsi:type="dcterms:W3CDTF">2026-08-19T04:52:00Z</dcterms:created>
  <dcterms:modified xsi:type="dcterms:W3CDTF">2026-10-26T03:18:00Z</dcterms:modified>
  <cp:category/>
</cp:coreProperties>
</file>